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לומדים עברית בשירים – 20 יחידות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האתר ואת 20 היחידות השונות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שירים ישראליים לנושאים הלשוניים הנלמדים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רכיבי כל יחידה: אוצר מילים, מיקוד לשוני, משחקים, שיח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שלמה ניצן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שם היחידה האחרונה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כוללת עברית קלה עם ניקוד מלא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נעמי שמר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שיר לזמר או להקה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(פרפר נחמד)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(עוזי חיטמן)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(טיפקס)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(מנגו)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הלימוד ביחידה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האזנה לשיר ישראלי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לימוד אוצר מילים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תרגול מיקוד לשוני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משחקים ושיח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יחידה קיימת, מציין/ת שם שיר ונושא לשוני נכון, ומסביר/ה בקצרה למה היא מעניינת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20 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שיר, אוצר מילים, מיקוד לשוני, משחקים/שיח,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נכונה המתאימה לטבלת היחידות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קטע קצר מאחד השירים לפני תרגיל ההתאמה כדי לחזק את הזיהוי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לתלמידים את רשימת היחידות כעזר בזמן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להתמקד בחלקי mc, tf ו-match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לומדים עברית בשירים – 20 יחידות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יש 20 יחידות ללימוד עברית, וכל אחת מהן נפתחת בשיר ישראלי. מהשיר יוצאים ללמוד מילים חדשות, דקדוק, משחקים ושיחה.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שוקולד  ·  נעמי שמר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יחידות יש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שר את השיר 'המשפחה שלי'?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עוזי חיטמן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שלמה ניצן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אריק איינשטיין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יחידה 20 עוסקת בנושא 'הכי ישראלי'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רמת 'עולים' מתאימה לדוברי עברית כשפה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ביחידה 9 מופיע השיר 'אני אוהב __________' של הכבש השישה עשר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את השיר 'אצלנו בחצר' כתבה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שיר לזמר או להקה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שלום לכם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טיפקס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אני נשאר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מנגו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שיר הסטודנט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עוזי חיטמן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גרה בשינקין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פרפר נחמד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הלימוד ביחידה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תרגול מיקוד לשוני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האזנה לשיר ישראלי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משחקים ושיח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לימוד אוצר מילים 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יחידה אחת מתוך העשרים, וכתבו מדוע היא מעניינת אתכם. ציינו את שם השיר, הנושא הלשוני ומה אפשר ללמוד ממנה.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יחידות יש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חמשת השלבים שעוברים בכל יחידה?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לומדים עברית בשירים – 20 יחידות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