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לומדים עברית בשירים –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20 היחידות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שירים ישראליים לנושאים הלשוניים הנלמדים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רכיבי כל יחידה: אוצר מילים, מיקוד לשוני, משחקים, שיח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אוצר מילים, מיקוד לשוני, משחקים, שיח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שלמה ניצן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יחידה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מספרים, מחירים ושעות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שם היחידה האחרונה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לנושא 'עונות וחופש'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ביחידות מסוימות יש שני שירים, למשל יחידה 1 ו-13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כוללת עברית קלה עם ניקוד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הפירוש של חט״ע; חנ״מ הוא מעט מילים והרבה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נעמי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שיר לזמר או להקה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(פרפר נחמד)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(עוזי חיטמן)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(טיפקס)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(מנגו)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(דני סנדרסון)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הלימוד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האזנה לשיר 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לימוד אוצר מילים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תרגול מיקוד לשוני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משחקים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יחידה קיימת, מציין/ת שם שיר ונושא לשוני נכון, ומסביר/ה בקצרה למה היא 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שיר, אוצר מילים, מיקוד לשוני, משחקים/שיח,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המתאימה לטבלת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קטע קצר מאחד השירים לפני תרגיל ההתאמה כדי לחזק את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לתלמידים את רשימת היחידות כעזר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בחלקי mc, tf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לומדים עברית בשירים – 20 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20 שיעורים. בכל שיעור יש שיר ישראלי. מהשיר לומדים מילים חדשות ודקדוק.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אני, את/ה, הוא,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מי, מה, איפה, מתי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אומרים פעולה שקורית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יחס ומקום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ב-, על, ליד, אצל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שמות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שמתארות איך משהו, למשל יפה,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אומרים מי הבעלים, למשל יש לי,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משלבים וסלנג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דרכים שונות לדבר, רשמי או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זכר/נקבה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מילה לבן או לבת, ליחיד או לרבים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שיעורים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לומדים אחרי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מילים, מיקוד לשוני, משחקים, שיח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שיחה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הזמר של השיר על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עוזי חיטמן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שלמה ניצן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אריק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דני סנדרסון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רמה הכי 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חט״ע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שיעור מדברים על החורף והקיץ?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יחידה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יחידה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יחידה 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יחידה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מדברים כשקונים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מספרים, מחירים ושעות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20 עוסקת בנושא 'הכי ישראלי'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'הגלשן' שייך לנושא 'משפחה ובית'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שיר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'עולים' מתאימה לדוברי עברית כשפה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התיבות חנ״מ פירושם העמקה לשונית ותרבותית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ביחידה 9 מופיע השיר 'אני אוהב __________' של הכבש השישה עשר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השיר 'אצלנו בחצר' כתבה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יחידה לומדים אוצר מילים, מיקוד לשוני, משחקים, שיח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הרמה המיועדת לתלמידים חדשים בשפה העברית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'שיר הסטודנט' שייך ליחידה שעוסקת ב__________ ובעבודה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שיר לזמר או להקה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 לכם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טיפקס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נשאר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פרפר נחמד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שיר הסטודנט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מנגו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גרה בשינקין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סנדרסון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היא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עוזי חיטמן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הלימוד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ושיח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מיקוד לשוני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אוצר מילים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האזנה לשיר ישראלי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העשרים, וכתבו מדוע היא מעניינת אתכם. ציינו את שם השיר, הנושא הלשוני ומה אפשר ללמוד ממנה.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יחידות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השלבים שעוברים בכל 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לשיר אחד ולנושא הלשוני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לומדים עברית בשירים – 20 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