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לומדים עברית בשירים – 20 יחידות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האתר ואת 20 היחידות השונות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שירים ישראליים לנושאים הלשוניים הנלמדים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רכיבי כל יחידה: אוצר מילים, מיקוד לשוני, משחקים, שיח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האתר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20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אוצר מילים, מיקוד לשוני, משחקים, שיח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שלמה ניצן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עולים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יחידה 14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מספרים, מחירים ושעות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שם היחידה האחרונה באתר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הוא שייך לנושא 'עונות וחופש'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ביחידות מסוימות יש שני שירים, למשל יחידה 1 ו-13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היא כוללת עברית קלה עם ניקוד מלא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זה הפירוש של חט״ע; חנ״מ הוא מעט מילים והרבה תמונות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שוקולד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נעמי שמר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לימודים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שיר לזמר או להקה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(פרפר נחמד)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(עוזי חיטמן)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(טיפקס)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(מנגו)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(דני סנדרסון)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הלימוד ביחידה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האזנה לשיר ישראלי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לימוד אוצר מילים חדש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תרגול מיקוד לשוני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משחקים ושיח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כתיבה ורפלקציה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בוחר/ת יחידה קיימת, מציין/ת שם שיר ונושא לשוני נכון, ומסביר/ה בקצרה למה היא מעניינת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20 יחידות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שיר, אוצר מילים, מיקוד לשוני, משחקים/שיח, כתיבה ורפלקציה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נכונה המתאימה לטבלת היחידות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קטע קצר מאחד השירים לפני תרגיל ההתאמה כדי לחזק את הזיהוי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לחלק לתלמידים את רשימת היחידות כעזר בזמן הפתרון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לחינוך מיוחד אפשר להתמקד בחלקי mc, tf ו-match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לומדים עברית בשירים – 20 יחידות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באתר יש 20 יחידות ללימוד עברית, וכל אחת מהן נפתחת בשיר ישראלי. מהשיר יוצאים ללמוד מילים חדשות, דקדוק, משחקים ושיחה.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יחידות יש באתר?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קורה בכל יחידה אחרי השיר?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מבחן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אוצר מילים, מיקוד לשוני, משחקים, שיח וכתיבה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דקדוק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שיחה בעל 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שר את השיר 'המשפחה שלי'?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עוזי חיטמן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שלמה ניצן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אריק איינשטיין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דני סנדרסון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רמה מיועדת לעברית קלה עם ניקוד מלא?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חט״ע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חנ״מ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חט״ב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באיזו יחידה לומדים על עונות השנה?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יחידה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יחידה 14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יחידה 17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יחידה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איזה נושא לשוני מופיע ביחידה 'יוצאים לשוק'?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כינויי 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מספרים, מחירים ושעות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זמן 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פעלים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יחידה 20 עוסקת בנושא 'הכי ישראלי'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השיר 'הגלשן' שייך לנושא 'משפחה ובית'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יחידה יש שיר אחד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רמת 'עולים' מתאימה לדוברי עברית כשפה חדשה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ראשי התיבות חנ״מ פירושם העמקה לשונית ותרבותית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ביחידה 9 מופיע השיר 'אני אוהב __________' של הכבש השישה עשר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את השיר 'אצלנו בחצר' כתבה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בכל יחידה לומדים אוצר מילים, מיקוד לשוני, משחקים, שיח וגם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הרמה המיועדת לתלמידים חדשים בשפה העברית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השיר 'שיר הסטודנט' שייך ליחידה שעוסקת ב__________ ובעבודה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שיר לזמר או להקה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שלום לכם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מנגו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אני נשאר אני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טיפקס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שיר הסטודנט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פרפר נחמד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גרה בשינקין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דני סנדרסון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היא חולה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עוזי חיטמן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הלימוד ביחידה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לימוד אוצר מילים חדש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כתיבה ורפלקציה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האזנה לשיר ישראלי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תרגול מיקוד לשוני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משחקים ושיח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יחידה אחת מתוך העשרים, וכתבו מדוע היא מעניינת אתכם. ציינו את שם השיר, הנושא הלשוני ומה אפשר ללמוד ממנה.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יחידות יש באתר?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חמשת השלבים שעוברים בכל יחידה?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לשיר אחד ולנושא הלשוני שלו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לומדים עברית בשירים – 20 יחידות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